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  <w:jc w:val="center"/>
      </w:pPr>
      <w:r>
        <w:rPr>
          <w:rFonts w:ascii="Arial" w:hAnsi="Arial" w:cs="Arial" w:eastAsia="Arial"/>
          <w:b w:val="0"/>
          <w:color w:val="808080"/>
          <w:sz w:val="20"/>
          <w:szCs w:val="20"/>
        </w:rPr>
        <w:t>[Company logo and letterhead]</w:t>
      </w:r>
    </w:p>
    <w:p>
      <w:pPr>
        <w:spacing w:before="0" w:after="0"/>
        <w:jc w:val="center"/>
      </w:pPr>
      <w:r>
        <w:rPr>
          <w:rFonts w:ascii="Arial" w:hAnsi="Arial" w:cs="Arial" w:eastAsia="Arial"/>
          <w:b/>
          <w:sz w:val="24"/>
          <w:szCs w:val="24"/>
        </w:rPr>
        <w:t>........................................ Co., Ltd.</w:t>
      </w:r>
    </w:p>
    <w:p>
      <w:pPr>
        <w:spacing w:before="0" w:after="0"/>
        <w:jc w:val="center"/>
      </w:pPr>
      <w:r>
        <w:rPr>
          <w:rFonts w:ascii="Arial" w:hAnsi="Arial" w:cs="Arial" w:eastAsia="Arial"/>
          <w:b w:val="0"/>
          <w:sz w:val="20"/>
          <w:szCs w:val="20"/>
        </w:rPr>
        <w:t>Address: ................................................................................</w:t>
      </w:r>
    </w:p>
    <w:p>
      <w:pPr>
        <w:spacing w:before="0" w:after="280"/>
        <w:jc w:val="center"/>
      </w:pPr>
      <w:r>
        <w:rPr>
          <w:rFonts w:ascii="Arial" w:hAnsi="Arial" w:cs="Arial" w:eastAsia="Arial"/>
          <w:b w:val="0"/>
          <w:sz w:val="20"/>
          <w:szCs w:val="20"/>
        </w:rPr>
        <w:t>Tel: ....................  Tax ID: .........................</w:t>
      </w:r>
    </w:p>
    <w:p>
      <w:pPr>
        <w:spacing w:before="0" w:after="0"/>
      </w:pPr>
      <w:r>
        <w:rPr>
          <w:rFonts w:ascii="Arial" w:hAnsi="Arial" w:cs="Arial" w:eastAsia="Arial"/>
          <w:b w:val="0"/>
          <w:sz w:val="22"/>
          <w:szCs w:val="22"/>
        </w:rPr>
        <w:t>Ref. No.: ....................</w:t>
      </w:r>
    </w:p>
    <w:p>
      <w:pPr>
        <w:spacing w:before="0" w:after="240"/>
      </w:pPr>
      <w:r>
        <w:rPr>
          <w:rFonts w:ascii="Arial" w:hAnsi="Arial" w:cs="Arial" w:eastAsia="Arial"/>
          <w:b w:val="0"/>
          <w:sz w:val="22"/>
          <w:szCs w:val="22"/>
        </w:rPr>
        <w:t>Date: ..............................</w:t>
      </w:r>
    </w:p>
    <w:p>
      <w:pPr>
        <w:spacing w:before="0" w:after="240"/>
      </w:pPr>
      <w:r>
        <w:rPr>
          <w:rFonts w:ascii="Arial" w:hAnsi="Arial" w:cs="Arial" w:eastAsia="Arial"/>
          <w:b w:val="0"/>
          <w:sz w:val="22"/>
          <w:szCs w:val="22"/>
        </w:rPr>
        <w:t>To: Whom It May Concern (or The Embassy of .................... / name of bank)</w:t>
      </w:r>
    </w:p>
    <w:p>
      <w:pPr>
        <w:spacing w:before="0" w:after="240"/>
        <w:jc w:val="center"/>
      </w:pPr>
      <w:r>
        <w:rPr>
          <w:rFonts w:ascii="Arial" w:hAnsi="Arial" w:cs="Arial" w:eastAsia="Arial"/>
          <w:b/>
          <w:sz w:val="26"/>
          <w:szCs w:val="26"/>
        </w:rPr>
        <w:t>SALARY CERTIFICATE</w:t>
      </w:r>
    </w:p>
    <w:p>
      <w:pPr>
        <w:spacing w:before="0" w:after="160"/>
        <w:jc w:val="both"/>
      </w:pPr>
      <w:r>
        <w:rPr>
          <w:rFonts w:ascii="Arial" w:hAnsi="Arial" w:cs="Arial" w:eastAsia="Arial"/>
          <w:b w:val="0"/>
          <w:sz w:val="22"/>
          <w:szCs w:val="22"/>
        </w:rPr>
        <w:t>This is to certify that Mr. / Mrs. / Ms. ........................................, holder of Passport No. / ID No. ........................., has been employed by ........................................ Co., Ltd. as a full-time employee since ......................... and currently holds the position of .............................. in the ......................... Department.</w:t>
      </w:r>
    </w:p>
    <w:p>
      <w:pPr>
        <w:spacing w:before="0" w:after="120"/>
      </w:pPr>
      <w:r>
        <w:rPr>
          <w:rFonts w:ascii="Arial" w:hAnsi="Arial" w:cs="Arial" w:eastAsia="Arial"/>
          <w:b w:val="0"/>
          <w:sz w:val="22"/>
          <w:szCs w:val="22"/>
        </w:rPr>
        <w:t>His / Her current monthly income is as follows: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44"/>
        <w:gridCol w:w="4844"/>
      </w:tblGrid>
      <w:tr>
        <w:tc>
          <w:tcPr>
            <w:tcW w:type="dxa" w:w="5953"/>
          </w:tcPr>
          <w:p>
            <w:r>
              <w:rPr>
                <w:rFonts w:ascii="Arial" w:hAnsi="Arial" w:cs="Arial" w:eastAsia="Arial"/>
                <w:b w:val="0"/>
                <w:sz w:val="22"/>
                <w:szCs w:val="22"/>
              </w:rPr>
              <w:t>Basic salary</w:t>
            </w:r>
          </w:p>
        </w:tc>
        <w:tc>
          <w:tcPr>
            <w:tcW w:type="dxa" w:w="3118"/>
          </w:tcPr>
          <w:p>
            <w:pPr>
              <w:jc w:val="right"/>
            </w:pPr>
            <w:r>
              <w:rPr>
                <w:rFonts w:ascii="Arial" w:hAnsi="Arial" w:cs="Arial" w:eastAsia="Arial"/>
                <w:sz w:val="22"/>
                <w:szCs w:val="22"/>
              </w:rPr>
              <w:t>THB ....................</w:t>
            </w:r>
          </w:p>
        </w:tc>
      </w:tr>
      <w:tr>
        <w:tc>
          <w:tcPr>
            <w:tcW w:type="dxa" w:w="5953"/>
          </w:tcPr>
          <w:p>
            <w:r>
              <w:rPr>
                <w:rFonts w:ascii="Arial" w:hAnsi="Arial" w:cs="Arial" w:eastAsia="Arial"/>
                <w:b w:val="0"/>
                <w:sz w:val="22"/>
                <w:szCs w:val="22"/>
              </w:rPr>
              <w:t>Position allowance (if any)</w:t>
            </w:r>
          </w:p>
        </w:tc>
        <w:tc>
          <w:tcPr>
            <w:tcW w:type="dxa" w:w="3118"/>
          </w:tcPr>
          <w:p>
            <w:pPr>
              <w:jc w:val="right"/>
            </w:pPr>
            <w:r>
              <w:rPr>
                <w:rFonts w:ascii="Arial" w:hAnsi="Arial" w:cs="Arial" w:eastAsia="Arial"/>
                <w:sz w:val="22"/>
                <w:szCs w:val="22"/>
              </w:rPr>
              <w:t>THB ....................</w:t>
            </w:r>
          </w:p>
        </w:tc>
      </w:tr>
      <w:tr>
        <w:tc>
          <w:tcPr>
            <w:tcW w:type="dxa" w:w="5953"/>
          </w:tcPr>
          <w:p>
            <w:r>
              <w:rPr>
                <w:rFonts w:ascii="Arial" w:hAnsi="Arial" w:cs="Arial" w:eastAsia="Arial"/>
                <w:b w:val="0"/>
                <w:sz w:val="22"/>
                <w:szCs w:val="22"/>
              </w:rPr>
              <w:t>Other regular income (please specify) ............</w:t>
            </w:r>
          </w:p>
        </w:tc>
        <w:tc>
          <w:tcPr>
            <w:tcW w:type="dxa" w:w="3118"/>
          </w:tcPr>
          <w:p>
            <w:pPr>
              <w:jc w:val="right"/>
            </w:pPr>
            <w:r>
              <w:rPr>
                <w:rFonts w:ascii="Arial" w:hAnsi="Arial" w:cs="Arial" w:eastAsia="Arial"/>
                <w:sz w:val="22"/>
                <w:szCs w:val="22"/>
              </w:rPr>
              <w:t>THB ....................</w:t>
            </w:r>
          </w:p>
        </w:tc>
      </w:tr>
      <w:tr>
        <w:tc>
          <w:tcPr>
            <w:tcW w:type="dxa" w:w="5953"/>
          </w:tcPr>
          <w:p>
            <w:r>
              <w:rPr>
                <w:rFonts w:ascii="Arial" w:hAnsi="Arial" w:cs="Arial" w:eastAsia="Arial"/>
                <w:b/>
                <w:sz w:val="22"/>
                <w:szCs w:val="22"/>
              </w:rPr>
              <w:t>Total monthly income</w:t>
            </w:r>
          </w:p>
        </w:tc>
        <w:tc>
          <w:tcPr>
            <w:tcW w:type="dxa" w:w="3118"/>
          </w:tcPr>
          <w:p>
            <w:pPr>
              <w:jc w:val="right"/>
            </w:pPr>
            <w:r>
              <w:rPr>
                <w:rFonts w:ascii="Arial" w:hAnsi="Arial" w:cs="Arial" w:eastAsia="Arial"/>
                <w:sz w:val="22"/>
                <w:szCs w:val="22"/>
              </w:rPr>
              <w:t>THB ....................</w:t>
            </w:r>
          </w:p>
        </w:tc>
      </w:tr>
    </w:tbl>
    <w:p>
      <w:pPr>
        <w:spacing w:before="120" w:after="160"/>
      </w:pPr>
      <w:r>
        <w:rPr>
          <w:rFonts w:ascii="Arial" w:hAnsi="Arial" w:cs="Arial" w:eastAsia="Arial"/>
          <w:b w:val="0"/>
          <w:sz w:val="22"/>
          <w:szCs w:val="22"/>
        </w:rPr>
        <w:t>(In words: ................................................................................ Baht)</w:t>
      </w:r>
    </w:p>
    <w:p>
      <w:pPr>
        <w:spacing w:before="0" w:after="160"/>
        <w:jc w:val="both"/>
      </w:pPr>
      <w:r>
        <w:rPr>
          <w:rFonts w:ascii="Arial" w:hAnsi="Arial" w:cs="Arial" w:eastAsia="Arial"/>
          <w:b w:val="0"/>
          <w:sz w:val="22"/>
          <w:szCs w:val="22"/>
        </w:rPr>
        <w:t>This certificate is issued at the request of the employee for the purpose of ........................................ (e.g. visa application / loan application) only.</w:t>
      </w:r>
    </w:p>
    <w:p>
      <w:pPr>
        <w:spacing w:before="0" w:after="400"/>
        <w:jc w:val="both"/>
      </w:pPr>
      <w:r>
        <w:rPr>
          <w:rFonts w:ascii="Arial" w:hAnsi="Arial" w:cs="Arial" w:eastAsia="Arial"/>
          <w:b w:val="0"/>
          <w:color w:val="808080"/>
          <w:sz w:val="22"/>
          <w:szCs w:val="22"/>
        </w:rPr>
        <w:t>[For visa applications, if required by the embassy] The employee has been granted leave from .................... to .................... and will resume work on .....................</w:t>
      </w:r>
    </w:p>
    <w:p>
      <w:pPr>
        <w:spacing w:before="0" w:after="0"/>
      </w:pPr>
      <w:r>
        <w:rPr>
          <w:rFonts w:ascii="Arial" w:hAnsi="Arial" w:cs="Arial" w:eastAsia="Arial"/>
          <w:b w:val="0"/>
          <w:sz w:val="22"/>
          <w:szCs w:val="22"/>
        </w:rPr>
        <w:t>Sincerely,</w:t>
      </w:r>
    </w:p>
    <w:p>
      <w:pPr>
        <w:spacing w:before="0" w:after="0"/>
      </w:pPr>
      <w:r>
        <w:rPr>
          <w:rFonts w:ascii="Arial" w:hAnsi="Arial" w:cs="Arial" w:eastAsia="Arial"/>
          <w:b w:val="0"/>
          <w:sz w:val="22"/>
          <w:szCs w:val="22"/>
        </w:rPr>
      </w:r>
    </w:p>
    <w:p>
      <w:pPr>
        <w:spacing w:before="0" w:after="0"/>
      </w:pPr>
      <w:r>
        <w:rPr>
          <w:rFonts w:ascii="Arial" w:hAnsi="Arial" w:cs="Arial" w:eastAsia="Arial"/>
          <w:b w:val="0"/>
          <w:sz w:val="22"/>
          <w:szCs w:val="22"/>
        </w:rPr>
      </w:r>
    </w:p>
    <w:p>
      <w:pPr>
        <w:spacing w:before="0" w:after="0"/>
      </w:pPr>
      <w:r>
        <w:rPr>
          <w:rFonts w:ascii="Arial" w:hAnsi="Arial" w:cs="Arial" w:eastAsia="Arial"/>
          <w:b w:val="0"/>
          <w:sz w:val="22"/>
          <w:szCs w:val="22"/>
        </w:rPr>
        <w:t>.............................................</w:t>
      </w:r>
    </w:p>
    <w:p>
      <w:pPr>
        <w:spacing w:before="0" w:after="0"/>
      </w:pPr>
      <w:r>
        <w:rPr>
          <w:rFonts w:ascii="Arial" w:hAnsi="Arial" w:cs="Arial" w:eastAsia="Arial"/>
          <w:b w:val="0"/>
          <w:sz w:val="22"/>
          <w:szCs w:val="22"/>
        </w:rPr>
        <w:t>Name: ........................................</w:t>
      </w:r>
    </w:p>
    <w:p>
      <w:pPr>
        <w:spacing w:before="0" w:after="0"/>
      </w:pPr>
      <w:r>
        <w:rPr>
          <w:rFonts w:ascii="Arial" w:hAnsi="Arial" w:cs="Arial" w:eastAsia="Arial"/>
          <w:b w:val="0"/>
          <w:sz w:val="22"/>
          <w:szCs w:val="22"/>
        </w:rPr>
        <w:t>Position: ........................................ (Authorized Signatory)</w:t>
      </w:r>
    </w:p>
    <w:p>
      <w:pPr>
        <w:spacing w:before="0" w:after="0"/>
      </w:pPr>
      <w:r>
        <w:rPr>
          <w:rFonts w:ascii="Arial" w:hAnsi="Arial" w:cs="Arial" w:eastAsia="Arial"/>
          <w:b w:val="0"/>
          <w:color w:val="808080"/>
          <w:sz w:val="22"/>
          <w:szCs w:val="22"/>
        </w:rPr>
        <w:t>[Company seal (if any)]</w:t>
      </w:r>
    </w:p>
    <w:p>
      <w:pPr>
        <w:spacing w:before="400" w:after="0"/>
      </w:pPr>
      <w:r>
        <w:rPr>
          <w:rFonts w:ascii="Arial" w:hAnsi="Arial" w:cs="Arial" w:eastAsia="Arial"/>
          <w:b w:val="0"/>
          <w:sz w:val="20"/>
          <w:szCs w:val="20"/>
        </w:rPr>
        <w:t>For verification, please contact Human Resources Department: Tel. ....................  Email: ..............................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Salary Certificate Template</dc:title>
  <dc:subject/>
  <dc:creator>Greenpro KSP</dc:creator>
  <cp:keywords/>
  <dc:description>แบบฟอร์มจาก https://www.greenproksp.com/blog/business/what-is-salary-certificate/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