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rPr>
          <w:rFonts w:ascii="Tahoma" w:hAnsi="Tahoma" w:cs="Tahoma" w:eastAsia="Tahoma"/>
          <w:b w:val="0"/>
          <w:color w:val="808080"/>
          <w:sz w:val="20"/>
          <w:szCs w:val="20"/>
        </w:rPr>
        <w:t>[ใส่โลโก้และหัวกระดาษของบริษัท]</w:t>
      </w:r>
    </w:p>
    <w:p>
      <w:pPr>
        <w:spacing w:before="0" w:after="0"/>
        <w:jc w:val="center"/>
      </w:pPr>
      <w:r>
        <w:rPr>
          <w:rFonts w:ascii="Tahoma" w:hAnsi="Tahoma" w:cs="Tahoma" w:eastAsia="Tahoma"/>
          <w:b/>
          <w:sz w:val="22"/>
          <w:szCs w:val="22"/>
        </w:rPr>
        <w:t>บริษัท ........................................ จำกัด</w:t>
      </w:r>
    </w:p>
    <w:p>
      <w:pPr>
        <w:spacing w:before="0" w:after="0"/>
        <w:jc w:val="center"/>
      </w:pPr>
      <w:r>
        <w:rPr>
          <w:rFonts w:ascii="Tahoma" w:hAnsi="Tahoma" w:cs="Tahoma" w:eastAsia="Tahoma"/>
          <w:b w:val="0"/>
          <w:sz w:val="20"/>
          <w:szCs w:val="20"/>
        </w:rPr>
        <w:t>ที่อยู่ ................................................................................</w:t>
      </w:r>
    </w:p>
    <w:p>
      <w:pPr>
        <w:spacing w:before="0" w:after="240"/>
        <w:jc w:val="center"/>
      </w:pPr>
      <w:r>
        <w:rPr>
          <w:rFonts w:ascii="Tahoma" w:hAnsi="Tahoma" w:cs="Tahoma" w:eastAsia="Tahoma"/>
          <w:b w:val="0"/>
          <w:sz w:val="20"/>
          <w:szCs w:val="20"/>
        </w:rPr>
        <w:t>โทร ....................  เลขประจำตัวผู้เสียภาษี .........................</w:t>
      </w:r>
    </w:p>
    <w:p>
      <w:pPr>
        <w:spacing w:before="0" w:after="0"/>
      </w:pPr>
      <w:r>
        <w:rPr>
          <w:rFonts w:ascii="Tahoma" w:hAnsi="Tahoma" w:cs="Tahoma" w:eastAsia="Tahoma"/>
          <w:b w:val="0"/>
          <w:sz w:val="22"/>
          <w:szCs w:val="22"/>
        </w:rPr>
        <w:t>ที่ ............... / ..........</w:t>
      </w:r>
    </w:p>
    <w:p>
      <w:pPr>
        <w:spacing w:before="0" w:after="240"/>
        <w:jc w:val="right"/>
      </w:pPr>
      <w:r>
        <w:rPr>
          <w:rFonts w:ascii="Tahoma" w:hAnsi="Tahoma" w:cs="Tahoma" w:eastAsia="Tahoma"/>
          <w:b w:val="0"/>
          <w:sz w:val="22"/>
          <w:szCs w:val="22"/>
        </w:rPr>
        <w:t>วันที่ ........ เดือน .................... พ.ศ. ..........</w:t>
      </w:r>
    </w:p>
    <w:p>
      <w:pPr>
        <w:spacing w:before="0" w:after="0"/>
      </w:pPr>
      <w:r>
        <w:rPr>
          <w:rFonts w:ascii="Tahoma" w:hAnsi="Tahoma" w:cs="Tahoma" w:eastAsia="Tahoma"/>
          <w:b w:val="0"/>
          <w:sz w:val="22"/>
          <w:szCs w:val="22"/>
        </w:rPr>
        <w:t>เรื่อง</w:t>
        <w:tab/>
        <w:t>ขอรับรองเงินเดือน</w:t>
      </w:r>
    </w:p>
    <w:p>
      <w:pPr>
        <w:spacing w:before="0" w:after="240"/>
      </w:pPr>
      <w:r>
        <w:rPr>
          <w:rFonts w:ascii="Tahoma" w:hAnsi="Tahoma" w:cs="Tahoma" w:eastAsia="Tahoma"/>
          <w:b w:val="0"/>
          <w:sz w:val="22"/>
          <w:szCs w:val="22"/>
        </w:rPr>
        <w:t>เรียน</w:t>
        <w:tab/>
        <w:t>ผู้ที่เกี่ยวข้อง (หรือระบุชื่อธนาคาร / สถานทูต / หน่วยงานที่ยื่น)</w:t>
      </w:r>
    </w:p>
    <w:p>
      <w:pPr>
        <w:spacing w:before="0" w:after="120"/>
        <w:ind w:firstLine="850"/>
      </w:pPr>
      <w:r>
        <w:rPr>
          <w:rFonts w:ascii="Tahoma" w:hAnsi="Tahoma" w:cs="Tahoma" w:eastAsia="Tahoma"/>
          <w:b w:val="0"/>
          <w:sz w:val="22"/>
          <w:szCs w:val="22"/>
        </w:rPr>
        <w:t>หนังสือฉบับนี้ให้ไว้เพื่อรับรองว่า นาย / นาง / นางสาว ........................................ เลขประจำตัวประชาชน .............................. เป็นพนักงานประจำของบริษัท ........................................ จำกัด ตั้งแต่วันที่ .............................. จนถึงปัจจุบัน ปัจจุบันดำรงตำแหน่ง .............................. ฝ่าย / แผนก ......................... โดยมีรายได้ต่อเดือน ดังนี้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5953"/>
          </w:tcPr>
          <w:p>
            <w:r/>
            <w:r>
              <w:rPr>
                <w:rFonts w:ascii="Tahoma" w:hAnsi="Tahoma" w:cs="Tahoma" w:eastAsia="Tahoma"/>
                <w:b w:val="0"/>
                <w:sz w:val="22"/>
                <w:szCs w:val="22"/>
              </w:rPr>
              <w:t>เงินเดือน</w:t>
            </w:r>
          </w:p>
        </w:tc>
        <w:tc>
          <w:tcPr>
            <w:tcW w:type="dxa" w:w="3118"/>
          </w:tcPr>
          <w:p>
            <w:pPr>
              <w:jc w:val="right"/>
            </w:pPr>
            <w:r>
              <w:rPr>
                <w:rFonts w:ascii="Tahoma" w:hAnsi="Tahoma" w:cs="Tahoma" w:eastAsia="Tahoma"/>
                <w:sz w:val="22"/>
                <w:szCs w:val="22"/>
              </w:rPr>
              <w:t>.................... บาท</w:t>
            </w:r>
          </w:p>
        </w:tc>
      </w:tr>
      <w:tr>
        <w:tc>
          <w:tcPr>
            <w:tcW w:type="dxa" w:w="5953"/>
          </w:tcPr>
          <w:p>
            <w:r/>
            <w:r>
              <w:rPr>
                <w:rFonts w:ascii="Tahoma" w:hAnsi="Tahoma" w:cs="Tahoma" w:eastAsia="Tahoma"/>
                <w:b w:val="0"/>
                <w:sz w:val="22"/>
                <w:szCs w:val="22"/>
              </w:rPr>
              <w:t>ค่าตำแหน่ง / ค่าครองชีพ (ถ้ามี)</w:t>
            </w:r>
          </w:p>
        </w:tc>
        <w:tc>
          <w:tcPr>
            <w:tcW w:type="dxa" w:w="3118"/>
          </w:tcPr>
          <w:p>
            <w:pPr>
              <w:jc w:val="right"/>
            </w:pPr>
            <w:r>
              <w:rPr>
                <w:rFonts w:ascii="Tahoma" w:hAnsi="Tahoma" w:cs="Tahoma" w:eastAsia="Tahoma"/>
                <w:sz w:val="22"/>
                <w:szCs w:val="22"/>
              </w:rPr>
              <w:t>.................... บาท</w:t>
            </w:r>
          </w:p>
        </w:tc>
      </w:tr>
      <w:tr>
        <w:tc>
          <w:tcPr>
            <w:tcW w:type="dxa" w:w="5953"/>
          </w:tcPr>
          <w:p>
            <w:r/>
            <w:r>
              <w:rPr>
                <w:rFonts w:ascii="Tahoma" w:hAnsi="Tahoma" w:cs="Tahoma" w:eastAsia="Tahoma"/>
                <w:b w:val="0"/>
                <w:sz w:val="22"/>
                <w:szCs w:val="22"/>
              </w:rPr>
              <w:t>รายได้อื่นที่ได้รับเป็นประจำ (ระบุ) ...............</w:t>
            </w:r>
          </w:p>
        </w:tc>
        <w:tc>
          <w:tcPr>
            <w:tcW w:type="dxa" w:w="3118"/>
          </w:tcPr>
          <w:p>
            <w:pPr>
              <w:jc w:val="right"/>
            </w:pPr>
            <w:r>
              <w:rPr>
                <w:rFonts w:ascii="Tahoma" w:hAnsi="Tahoma" w:cs="Tahoma" w:eastAsia="Tahoma"/>
                <w:sz w:val="22"/>
                <w:szCs w:val="22"/>
              </w:rPr>
              <w:t>.................... บาท</w:t>
            </w:r>
          </w:p>
        </w:tc>
      </w:tr>
      <w:tr>
        <w:tc>
          <w:tcPr>
            <w:tcW w:type="dxa" w:w="5953"/>
          </w:tcPr>
          <w:p>
            <w:r/>
            <w:r>
              <w:rPr>
                <w:rFonts w:ascii="Tahoma" w:hAnsi="Tahoma" w:cs="Tahoma" w:eastAsia="Tahoma"/>
                <w:b/>
                <w:sz w:val="22"/>
                <w:szCs w:val="22"/>
              </w:rPr>
              <w:t>รวมรายได้ต่อเดือน</w:t>
            </w:r>
          </w:p>
        </w:tc>
        <w:tc>
          <w:tcPr>
            <w:tcW w:type="dxa" w:w="3118"/>
          </w:tcPr>
          <w:p>
            <w:pPr>
              <w:jc w:val="right"/>
            </w:pPr>
            <w:r>
              <w:rPr>
                <w:rFonts w:ascii="Tahoma" w:hAnsi="Tahoma" w:cs="Tahoma" w:eastAsia="Tahoma"/>
                <w:sz w:val="22"/>
                <w:szCs w:val="22"/>
              </w:rPr>
              <w:t>.................... บาท</w:t>
            </w:r>
          </w:p>
        </w:tc>
      </w:tr>
    </w:tbl>
    <w:p>
      <w:pPr>
        <w:spacing w:before="120" w:after="120"/>
      </w:pPr>
      <w:r>
        <w:rPr>
          <w:rFonts w:ascii="Tahoma" w:hAnsi="Tahoma" w:cs="Tahoma" w:eastAsia="Tahoma"/>
          <w:b w:val="0"/>
          <w:sz w:val="22"/>
          <w:szCs w:val="22"/>
        </w:rPr>
        <w:t>(ตัวอักษร ................................................................................)</w:t>
      </w:r>
    </w:p>
    <w:p>
      <w:pPr>
        <w:spacing w:before="0" w:after="120"/>
        <w:ind w:firstLine="850"/>
      </w:pPr>
      <w:r>
        <w:rPr>
          <w:rFonts w:ascii="Tahoma" w:hAnsi="Tahoma" w:cs="Tahoma" w:eastAsia="Tahoma"/>
          <w:b w:val="0"/>
          <w:sz w:val="22"/>
          <w:szCs w:val="22"/>
        </w:rPr>
        <w:t>หนังสือรับรองฉบับนี้ออกให้ตามคำร้องขอของพนักงาน เพื่อใช้ประกอบการ ........................................ (เช่น ขอสินเชื่อ / ขอวีซ่า / เช่าที่พัก) เท่านั้น</w:t>
      </w:r>
    </w:p>
    <w:p>
      <w:pPr>
        <w:spacing w:before="0" w:after="480"/>
        <w:ind w:firstLine="850"/>
      </w:pPr>
      <w:r>
        <w:rPr>
          <w:rFonts w:ascii="Tahoma" w:hAnsi="Tahoma" w:cs="Tahoma" w:eastAsia="Tahoma"/>
          <w:b w:val="0"/>
          <w:sz w:val="22"/>
          <w:szCs w:val="22"/>
        </w:rPr>
        <w:t>ให้ไว้ ณ วันที่ ........ เดือน .................... พ.ศ. ..........</w:t>
      </w:r>
    </w:p>
    <w:p>
      <w:pPr>
        <w:spacing w:before="0" w:after="0"/>
        <w:jc w:val="center"/>
      </w:pPr>
      <w:r>
        <w:rPr>
          <w:rFonts w:ascii="Tahoma" w:hAnsi="Tahoma" w:cs="Tahoma" w:eastAsia="Tahoma"/>
          <w:b w:val="0"/>
          <w:sz w:val="22"/>
          <w:szCs w:val="22"/>
        </w:rPr>
        <w:t>ขอแสดงความนับถือ</w:t>
      </w:r>
    </w:p>
    <w:p>
      <w:pPr>
        <w:spacing w:before="0" w:after="0"/>
        <w:jc w:val="center"/>
      </w:pPr>
      <w:r>
        <w:rPr>
          <w:rFonts w:ascii="Tahoma" w:hAnsi="Tahoma" w:cs="Tahoma" w:eastAsia="Tahoma"/>
          <w:b w:val="0"/>
          <w:sz w:val="22"/>
          <w:szCs w:val="22"/>
        </w:rPr>
      </w:r>
    </w:p>
    <w:p>
      <w:pPr>
        <w:spacing w:before="0" w:after="0"/>
        <w:jc w:val="center"/>
      </w:pPr>
      <w:r>
        <w:rPr>
          <w:rFonts w:ascii="Tahoma" w:hAnsi="Tahoma" w:cs="Tahoma" w:eastAsia="Tahoma"/>
          <w:b w:val="0"/>
          <w:sz w:val="22"/>
          <w:szCs w:val="22"/>
        </w:rPr>
      </w:r>
    </w:p>
    <w:p>
      <w:pPr>
        <w:spacing w:before="0" w:after="0"/>
        <w:jc w:val="center"/>
      </w:pPr>
      <w:r>
        <w:rPr>
          <w:rFonts w:ascii="Tahoma" w:hAnsi="Tahoma" w:cs="Tahoma" w:eastAsia="Tahoma"/>
          <w:b w:val="0"/>
          <w:sz w:val="22"/>
          <w:szCs w:val="22"/>
        </w:rPr>
        <w:t>ลงชื่อ ........................................</w:t>
      </w:r>
    </w:p>
    <w:p>
      <w:pPr>
        <w:spacing w:before="0" w:after="0"/>
        <w:jc w:val="center"/>
      </w:pPr>
      <w:r>
        <w:rPr>
          <w:rFonts w:ascii="Tahoma" w:hAnsi="Tahoma" w:cs="Tahoma" w:eastAsia="Tahoma"/>
          <w:b w:val="0"/>
          <w:sz w:val="22"/>
          <w:szCs w:val="22"/>
        </w:rPr>
        <w:t>(........................................)</w:t>
      </w:r>
    </w:p>
    <w:p>
      <w:pPr>
        <w:spacing w:before="0" w:after="0"/>
        <w:jc w:val="center"/>
      </w:pPr>
      <w:r>
        <w:rPr>
          <w:rFonts w:ascii="Tahoma" w:hAnsi="Tahoma" w:cs="Tahoma" w:eastAsia="Tahoma"/>
          <w:b w:val="0"/>
          <w:sz w:val="22"/>
          <w:szCs w:val="22"/>
        </w:rPr>
        <w:t>ตำแหน่ง ........................................ (ผู้มีอำนาจลงนาม)</w:t>
      </w:r>
    </w:p>
    <w:p>
      <w:pPr>
        <w:spacing w:before="0" w:after="0"/>
        <w:jc w:val="center"/>
      </w:pPr>
      <w:r>
        <w:rPr>
          <w:rFonts w:ascii="Tahoma" w:hAnsi="Tahoma" w:cs="Tahoma" w:eastAsia="Tahoma"/>
          <w:b w:val="0"/>
          <w:color w:val="808080"/>
          <w:sz w:val="22"/>
          <w:szCs w:val="22"/>
        </w:rPr>
        <w:t>[ประทับตราบริษัท (ถ้ามี)]</w:t>
      </w:r>
    </w:p>
    <w:p>
      <w:pPr>
        <w:spacing w:before="480" w:after="0"/>
      </w:pPr>
      <w:r>
        <w:rPr>
          <w:rFonts w:ascii="Tahoma" w:hAnsi="Tahoma" w:cs="Tahoma" w:eastAsia="Tahoma"/>
          <w:b w:val="0"/>
          <w:sz w:val="20"/>
          <w:szCs w:val="20"/>
        </w:rPr>
        <w:t>ติดต่อตรวจสอบข้อมูล: ฝ่ายทรัพยากรบุคคล โทร .................... อีเมล ..............................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Tahoma" w:hAnsi="Tahom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แบบฟอร์มหนังสือรับรองเงินเดือน</dc:title>
  <dc:subject/>
  <dc:creator>Greenpro KSP</dc:creator>
  <cp:keywords/>
  <dc:description>แบบฟอร์มจาก https://www.greenproksp.com/blog/business/what-is-salary-certificate/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